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[学生版试卷开始]</w:t>
      </w:r>
    </w:p>
    <w:p>
      <w:pPr>
        <w:spacing w:line="360" w:lineRule="auto" w:before="0" w:after="0"/>
        <w:jc w:val="center"/>
      </w:pPr>
      <w:r>
        <w:rPr>
          <w:rFonts w:ascii="宋体" w:hAnsi="宋体" w:eastAsia="宋体"/>
          <w:b/>
          <w:i w:val="0"/>
          <w:sz w:val="32"/>
        </w:rPr>
        <w:t>人教版二年级语文下册期末考试试卷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班级：____________   姓名：____________   得分：____________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（考试时间：60分钟  满分：100分 + 附加题5分）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一、看拼音写词语</w:t>
      </w:r>
      <w:r>
        <w:rPr>
          <w:rFonts w:ascii="宋体" w:hAnsi="宋体" w:eastAsia="宋体"/>
          <w:b w:val="0"/>
          <w:i w:val="0"/>
          <w:sz w:val="21"/>
        </w:rPr>
        <w:t>（10分）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zhí shù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wēn nuǎn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mín zú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bō wén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yóu xì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bāng zhù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7. rè nao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8. róng yì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9. xiū xi 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10. shì jiè （________）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二、我会填</w:t>
      </w:r>
      <w:r>
        <w:rPr>
          <w:rFonts w:ascii="宋体" w:hAnsi="宋体" w:eastAsia="宋体"/>
          <w:b w:val="0"/>
          <w:i w:val="0"/>
          <w:sz w:val="21"/>
        </w:rPr>
        <w:t>（10分）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不知细叶谁裁出，________________。（2分）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________________，拂堤杨柳醉春烟。（2分）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接天莲叶无穷碧，________________。（2分）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乘着温暖的春风，我们四处寻觅。啊，终于找到了——哪里需要献出爱心，________________。（2分）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鼹鼠先生路过刺猬太太家，正巧，刺猬太太走出门。看到门前开着一大片绚丽多彩的鲜花，她惊奇地说："这是谁在我家门前种的花？多美啊！"鼹鼠先生回答："________________！"（2分）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三、辨字组词</w:t>
      </w:r>
      <w:r>
        <w:rPr>
          <w:rFonts w:ascii="宋体" w:hAnsi="宋体" w:eastAsia="宋体"/>
          <w:b w:val="0"/>
          <w:i w:val="0"/>
          <w:sz w:val="21"/>
        </w:rPr>
        <w:t>（8分）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休（________）  体（________）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值（________）  植（________）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买（________）  卖（________）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娃（________）  蛙（________）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四、选词填空</w:t>
      </w:r>
      <w:r>
        <w:rPr>
          <w:rFonts w:ascii="宋体" w:hAnsi="宋体" w:eastAsia="宋体"/>
          <w:b w:val="0"/>
          <w:i w:val="0"/>
          <w:sz w:val="21"/>
        </w:rPr>
        <w:t>（6分）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第一组：常常  往常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这次考试和（________）不一样，题目更难了。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小明（________）帮助同学，大家都很喜欢他。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第二组：发现  发明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爱迪生（________）了电灯。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我（________）草丛里有一只可爱的蜗牛。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第三组：突然  果然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天气预报说今天有雨，下午（________）下起来了。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我们正在上课，（________）传来一声巨响。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五、照样子写句子</w:t>
      </w:r>
      <w:r>
        <w:rPr>
          <w:rFonts w:ascii="宋体" w:hAnsi="宋体" w:eastAsia="宋体"/>
          <w:b w:val="0"/>
          <w:i w:val="0"/>
          <w:sz w:val="21"/>
        </w:rPr>
        <w:t>（8分）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1. </w:t>
      </w:r>
      <w:r>
        <w:rPr>
          <w:rFonts w:ascii="Times New Roman" w:hAnsi="Times New Roman" w:eastAsia="宋体"/>
          <w:b/>
          <w:i w:val="0"/>
          <w:sz w:val="21"/>
        </w:rPr>
        <w:t>比喻句仿写。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例：弯弯的月亮像小船。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________________像________________。（2分）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2. </w:t>
      </w:r>
      <w:r>
        <w:rPr>
          <w:rFonts w:ascii="Times New Roman" w:hAnsi="Times New Roman" w:eastAsia="宋体"/>
          <w:b/>
          <w:i w:val="0"/>
          <w:sz w:val="21"/>
        </w:rPr>
        <w:t>把字句与被字句互换。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例：风把树叶吹落了。→ 树叶被风吹落了。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小明把作业写完了。→ ________________（2分）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3. </w:t>
      </w:r>
      <w:r>
        <w:rPr>
          <w:rFonts w:ascii="Times New Roman" w:hAnsi="Times New Roman" w:eastAsia="宋体"/>
          <w:b/>
          <w:i w:val="0"/>
          <w:sz w:val="21"/>
        </w:rPr>
        <w:t>用"先……再……然后……"写一句话。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4. </w:t>
      </w:r>
      <w:r>
        <w:rPr>
          <w:rFonts w:ascii="Times New Roman" w:hAnsi="Times New Roman" w:eastAsia="宋体"/>
          <w:b/>
          <w:i w:val="0"/>
          <w:sz w:val="21"/>
        </w:rPr>
        <w:t>用"因为……所以……"写一句话。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________________________________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六、阅读理解</w:t>
      </w:r>
      <w:r>
        <w:rPr>
          <w:rFonts w:ascii="宋体" w:hAnsi="宋体" w:eastAsia="宋体"/>
          <w:b w:val="0"/>
          <w:i w:val="0"/>
          <w:sz w:val="21"/>
        </w:rPr>
        <w:t>（18分）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（一）课内阅读（9分）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春天像个害羞的小姑娘，遮遮掩掩，躲躲藏藏。我们仔细地找哇，找哇。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小草从地下探出头来，那是春天的眉毛吧？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早开的野花一朵两朵，那是春天的眼睛吧？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树木吐出点点嫩芽，那是春天的音符吧？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解冻的小溪叮叮咚咚，那是春天的琴声吧？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——节选自《找春天》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请用"____"画出这段话的中心句。（2分）</w:t>
      </w:r>
    </w:p>
    <w:p>
      <w:pPr>
        <w:spacing w:line="360" w:lineRule="auto" w:before="0" w:after="0"/>
      </w:pP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文中把小草比作"春天的____________"，把野花比作"春天的____________"。（4分）</w:t>
      </w:r>
    </w:p>
    <w:p>
      <w:pPr>
        <w:spacing w:line="360" w:lineRule="auto" w:before="0" w:after="0"/>
      </w:pP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春天来了，你还在大自然中发现了什么？仿照短文，写一句话。（3分）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我发现了________________，那是春天的________________吧？</w:t>
      </w:r>
    </w:p>
    <w:p>
      <w:pPr>
        <w:spacing w:line="360" w:lineRule="auto" w:before="0" w:after="0"/>
      </w:pP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（二）课外阅读（9分）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小蚂蚁搬糖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一只小蚂蚁在路边发现了一颗糖果，它高兴极了，想赶紧搬回去和大家分享。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小蚂蚁使劲推，推不动；抬，抬不动。它想了想，跑回洞里，叫来了一大群伙伴。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小蚂蚁们在糖果周围排成了一列长队。"一、二、三！"大家一起用力，糖果终于动了！它们喊着口号，一步一步把糖果搬回了洞。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蚁王夸奖大家："只要团结合作，再大的困难也能克服！"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判断下列说法是否正确，对的打"√"，错的打"×"。（3分）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（1）小蚂蚁一开始就叫伙伴来帮忙了。（________）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（2）小蚂蚁们排成一列长队来搬糖果。（________）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（3）糖果最后被小蚂蚁们搬回洞里了。（________）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填空。（3分）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小蚂蚁使劲推，推不动；____________，抬不动。它想了想，跑回____________，叫来了________________。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读了这个小故事，你明白了什么道理？用一两句话写下来。（3分）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________________________________</w:t>
      </w:r>
    </w:p>
    <w:p>
      <w:pPr>
        <w:spacing w:line="360" w:lineRule="auto" w:before="0" w:after="0"/>
      </w:pPr>
      <w:r>
        <w:br/>
      </w: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七、看图写话</w:t>
      </w:r>
      <w:r>
        <w:rPr>
          <w:rFonts w:ascii="宋体" w:hAnsi="宋体" w:eastAsia="宋体"/>
          <w:b w:val="0"/>
          <w:i w:val="0"/>
          <w:sz w:val="21"/>
        </w:rPr>
        <w:t>（20分）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仔细看下面的连环画描述，展开想象，写几句完整的话。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第一幅：春天的早晨，小明背着书包走在上学路上。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第二幅：路边，一位老奶奶拎着一袋苹果，袋子突然破了，苹果滚了一地。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第三幅：小明连忙跑过去，帮老奶奶捡起苹果，又拿出自己的小手帕把破了的袋子包扎好。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第四幅：老奶奶笑着对小明竖起大拇指，小明开心地挥手告别，继续走向学校。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写话要求：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写几句完整的话，说清楚什么时间、在哪儿、发生了什么、结果怎样。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可以用上"先……再……然后……"等连接词。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语句通顺，书写工整。</w:t>
      </w:r>
    </w:p>
    <w:p>
      <w:pPr>
        <w:spacing w:line="360" w:lineRule="auto" w:before="0" w:after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附加题（5分，选做）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请写出两句描写春天的古诗名句（课内外均可，不能与试卷前面已出现的重复）。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________________________________（2.5分）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________________________________（2.5分）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[学生版试卷结束]</w:t>
      </w:r>
    </w:p>
    <w:p>
      <w:r>
        <w:br w:type="page"/>
      </w:r>
    </w:p>
    <w:p>
      <w:pPr>
        <w:jc w:val="center"/>
      </w:pPr>
      <w:r>
        <w:rPr>
          <w:b/>
          <w:color w:val="C00000"/>
          <w:sz w:val="28"/>
        </w:rPr>
        <w:t>★ 教师版参考答案（请勿发给学生） ★</w:t>
      </w:r>
    </w:p>
    <w:p/>
    <w:sectPr w:rsidR="00FC693F" w:rsidRPr="0006063C" w:rsidSect="00034616">
      <w:pgSz w:w="12240" w:h="15840"/>
      <w:pgMar w:top="1417" w:right="1417" w:bottom="1134" w:left="1417" w:header="720" w:footer="720" w:gutter="0"/>
      <w:cols w:space="720"/>
      <w:docGrid w:linePitch="360"/>
    </w:sectPr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[教师版答案开始]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===== 以下为教师版（含答案）请勿发给学生 =====</w:t>
      </w:r>
    </w:p>
    <w:p>
      <w:pPr>
        <w:spacing w:line="360" w:lineRule="auto" w:before="0" w:after="0"/>
        <w:jc w:val="center"/>
      </w:pPr>
      <w:r>
        <w:rPr>
          <w:rFonts w:ascii="宋体" w:hAnsi="宋体" w:eastAsia="宋体"/>
          <w:b/>
          <w:i w:val="0"/>
          <w:sz w:val="32"/>
        </w:rPr>
        <w:t>人教版二年级语文下册期末考试试卷（教师版·含答案）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班级：____________   姓名：____________   得分：____________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（考试时间：60分钟  满分：100分 + 附加题5分）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一、看拼音写词语</w:t>
      </w:r>
      <w:r>
        <w:rPr>
          <w:rFonts w:ascii="宋体" w:hAnsi="宋体" w:eastAsia="宋体"/>
          <w:b w:val="0"/>
          <w:i w:val="0"/>
          <w:sz w:val="21"/>
        </w:rPr>
        <w:t>（10分，每词1分）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zhí shù（________）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wēn nuǎn（________）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mín zú（________）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bō wén（________）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yóu xì（________）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bāng zhù（________）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7. rè nao（________）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8. róng yì（________）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9. xiū xi（________）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10. shì jiè（________）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植树   2. 温暖   3. 民族   4. 波纹   5. 游戏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帮助   7. 热闹   8. 容易   9. 休息   10. 世界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【评分要点】每词1分，写错一个字扣0.5分，写错两个字全扣。拼音完全对应生字表范围。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"植树"易把"植"写成"值"或漏掉木字旁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"温暖"的"暖"右边是"爰"不是"爱"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"民族"的"族"右半边易写成"旅"的右边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"波纹"的"纹"是绞丝旁，不是文字旁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"游戏"的"戏"右边为"戈"，不要少一撇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"帮助"的"帮"上面为"邦"，不要写成"绑"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"热闹"的"闹"门字框里面是"市"，不要写成"市"中间少点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"容易"的"易"下面不要写成"勿"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"休息"两个字的单人旁不要漏掉，"息"上面是"自"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"世界"的"世"笔顺易错，"界"上面是"田"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二、我会填</w:t>
      </w:r>
      <w:r>
        <w:rPr>
          <w:rFonts w:ascii="宋体" w:hAnsi="宋体" w:eastAsia="宋体"/>
          <w:b w:val="0"/>
          <w:i w:val="0"/>
          <w:sz w:val="21"/>
        </w:rPr>
        <w:t>（10分，每空2分）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不知细叶谁裁出，________________。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________________，拂堤杨柳醉春烟。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接天莲叶无穷碧，________________。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乘着温暖的春风，我们四处寻觅。啊，终于找到了——哪里需要献出爱心，________________。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鼹鼠先生路过刺猬太太家，正巧，刺猬太太走出门。看到门前开着一大片绚丽多彩的鲜花，她惊奇地说："这是谁在我家门前种的花？多美啊！"鼹鼠先生回答："________________！"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二月春风似剪刀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草长莺飞二月天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映日荷花别样红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雷锋叔叔就出现在哪里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我不知道（这是长颈鹿大叔寄来的花籽）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【评分要点】每空2分。古诗默写每错一字扣1分（同空错字累计不超过2分）；课文片段原文默写每错一字扣1分，多字、漏字每处扣1分。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【出处】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（1）贺知章《咏柳》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（2）高鼎《村居》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（3）杨万里《晓出净慈寺送林子方》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（4）《雷锋叔叔，你在哪里》（课文）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（5）《开满鲜花的小路》（课文）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"二月春风似剪刀"的"似"易误写成"是"，"剪"下面为"刀"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"草长莺飞"的"莺"上面是草字头加秃宝盖，下面是"鸟"，易写错结构；"拂堤"的"拂"不能写成"佛"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"映日荷花别样红"的"映"左边是"日"，"样"是木字旁；"荷"是草字头下方"何"，不要写成上下结构颠倒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"雷锋叔叔就出现在哪里"中"雷锋"的"锋"是金字旁，不是山字旁；"哪里"的"哪"有口字旁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第5题学生可能答"我不知道"或写出完整回答，均给分，酌情判断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三、辨字组词</w:t>
      </w:r>
      <w:r>
        <w:rPr>
          <w:rFonts w:ascii="宋体" w:hAnsi="宋体" w:eastAsia="宋体"/>
          <w:b w:val="0"/>
          <w:i w:val="0"/>
          <w:sz w:val="21"/>
        </w:rPr>
        <w:t>（8分，每组2分，每题1分）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休（________）  体（________）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值（________）  植（________）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买（________）  卖（________）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娃（________）  蛙（________）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休（休息）（休假）  体（身体）（体育）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值（值日）（价值）  植（植树）（种植）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买（买书）（购买）  卖（卖菜）（出卖）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娃（娃娃）（女娃）  蛙（青蛙）（蛙泳）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（所组词语合理即给分，有错别字每个扣0.5分）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【难度】易～中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【评分要点】每题1分。组词必须与该字正确对应，不得混淆两个形近字。所组词语合理、无错别字即可给分。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"休"与"体"：区分在于右边是"木"还是"本"，"休"右边是"木"（人在木旁休息），"体"右边是"本"（人之本为体）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"值"与"植"："值"是单人旁（与人有关，值日），"植"是木字旁（与植物有关）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"买"与"卖"："买"上面没有"十"，"卖"上面有"十字头"（十字口诀：有十卖，无十买）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"娃"与"蛙"："娃"是女字旁（女娃），"蛙"是虫字旁（青蛙为两栖类）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四、选词填空</w:t>
      </w:r>
      <w:r>
        <w:rPr>
          <w:rFonts w:ascii="宋体" w:hAnsi="宋体" w:eastAsia="宋体"/>
          <w:b w:val="0"/>
          <w:i w:val="0"/>
          <w:sz w:val="21"/>
        </w:rPr>
        <w:t>（6分，每空1分）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第一组：常常  往常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这次考试和（________）不一样，题目更难了。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小明（________）帮助同学，大家都很喜欢他。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【答案】1. 往常  2. 常常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【解析】"往常"指过去的、习惯的状况，通常作名词；"常常"表示动作行为发生的频率高，是副词。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第二组：发现  发明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爱迪生（________）了电灯。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4. 我（________）草丛里有一只可爱的蜗牛。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【答案】3. 发明  4. 发现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【解析】"发明"指创造出以前没有的事物；"发现"指看到或找到原来就存在但不为人知的事物。电灯是创造出来的，用"发明"；蜗牛本来就存在，用"发现"。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第三组：突然  果然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5. 天气预报说今天有雨，下午（________）下起来了。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6. 我们正在上课，（________）传来一声巨响。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【答案】5. 果然  6. 突然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【解析】"果然"表示事情的结果与预料的相符；"突然"表示事情发生得急促、出人意料。第5题与预报相符，用"果然"；第6题强调意料之外，用"突然"。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【易错提示】学生在"突然"与"果然"的区分上易混淆，需强调"果然=预料之中，突然=意料之外"。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五、照样子写句子</w:t>
      </w:r>
      <w:r>
        <w:rPr>
          <w:rFonts w:ascii="宋体" w:hAnsi="宋体" w:eastAsia="宋体"/>
          <w:b w:val="0"/>
          <w:i w:val="0"/>
          <w:sz w:val="21"/>
        </w:rPr>
        <w:t>（8分，每题2分）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1. </w:t>
      </w:r>
      <w:r>
        <w:rPr>
          <w:rFonts w:ascii="Times New Roman" w:hAnsi="Times New Roman" w:eastAsia="宋体"/>
          <w:b/>
          <w:i w:val="0"/>
          <w:sz w:val="21"/>
        </w:rPr>
        <w:t>比喻句仿写。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例：弯弯的月亮像小船。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________________像________________。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【答案】示例：圆圆的太阳像火球。（答案不唯一）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【评分要点】比喻恰当（有本体和喻体，且两者有相似之处），语句通顺，每项1分。比喻不恰当或语句不通顺酌情扣分。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【易错提示】部分学生只写了"……像……"但不构成比喻（如"我像他""铅笔像橡皮"不通过），需强调比喻要有相似点。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2. </w:t>
      </w:r>
      <w:r>
        <w:rPr>
          <w:rFonts w:ascii="Times New Roman" w:hAnsi="Times New Roman" w:eastAsia="宋体"/>
          <w:b/>
          <w:i w:val="0"/>
          <w:sz w:val="21"/>
        </w:rPr>
        <w:t>把字句与被字句互换。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例：风把树叶吹落了。→ 树叶被风吹落了。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   小明把作业写完了。→ ________________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【答案】作业被小明写完了。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【评分要点】"被"字使用正确，"把"的宾语变成主语，"把"的主语变成"被"的宾语，语序正确。句式错误全扣。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【易错提示】学生可能写成"小明被作业写完了"（主被动颠倒），这是经典错误。口诀："把→被，前后换"。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3. </w:t>
      </w:r>
      <w:r>
        <w:rPr>
          <w:rFonts w:ascii="Times New Roman" w:hAnsi="Times New Roman" w:eastAsia="宋体"/>
          <w:b/>
          <w:i w:val="0"/>
          <w:sz w:val="21"/>
        </w:rPr>
        <w:t>用"先……再……然后……"写一句话。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【答案】示例：放学回家后，我先写作业，再看课外书，然后帮妈妈做家务。（答案不唯一）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【评分要点】三个连接词使用正确且顺序合理，语句通顺，内容有意义。少用一个连接词扣1分，顺序混乱扣1分。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【易错提示】学生容易把"再"和"然后"的顺序搞混，或只用了两个连接词。需强调"先→再→然后"的顺序，代表三件事的先后关系。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 xml:space="preserve">4. </w:t>
      </w:r>
      <w:r>
        <w:rPr>
          <w:rFonts w:ascii="Times New Roman" w:hAnsi="Times New Roman" w:eastAsia="宋体"/>
          <w:b/>
          <w:i w:val="0"/>
          <w:sz w:val="21"/>
        </w:rPr>
        <w:t>用"因为……所以……"写一句话。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【答案】示例：因为我认真复习了功课，所以考了好成绩。（答案不唯一）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【评分要点】因果关系合理，"因为"在前叙述原因，"所以"在后叙述结果。因果倒置扣1分，逻辑不通扣2分。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【易错提示】学生可能因果倒置（如"所以我没带伞，因为下雨了"），需纠正语序。也可能因果关系牵强（如"因为今天星期二，所以妈妈买水果"）。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六、阅读理解</w:t>
      </w:r>
      <w:r>
        <w:rPr>
          <w:rFonts w:ascii="宋体" w:hAnsi="宋体" w:eastAsia="宋体"/>
          <w:b w:val="0"/>
          <w:i w:val="0"/>
          <w:sz w:val="21"/>
        </w:rPr>
        <w:t>（18分）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（一）课内阅读（9分）——《找春天》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春天像个害羞的小姑娘，遮遮掩掩，躲躲藏藏。我们仔细地找哇，找哇。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小草从地下探出头来，那是春天的眉毛吧？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早开的野花一朵两朵，那是春天的眼睛吧？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树木吐出点点嫩芽，那是春天的音符吧？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解冻的小溪叮叮咚咚，那是春天的琴声吧？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——节选自《找春天》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请用"____"画出这段话的中心句。（2分）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【答案】春天像个害羞的小姑娘，遮遮掩掩，躲躲藏藏。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【评分要点】画出第一句即满分。画出其他句子不得分。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【易错提示】部分学生可能画出最后一句或中间某句比喻。需明确中心句的判断方法：中心句一般是段落的开头句，概括整段内容。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文中把小草比作"春天的____________"，把野花比作"春天的____________"。（4分）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【答案】小草 → 春天的眉毛；野花 → 春天的眼睛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【评分要点】每空2分。必须原封不动从文中提取，不能自作主张换词。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【易错提示】学生可能填"嫩芽""音符""琴声"等，需强调"从文中找对应"。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春天来了，你还在大自然中发现了什么？仿照短文，写一句话。（3分）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我发现了________________，那是春天的________________吧？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【答案】示例：我发现了柳枝随风摇摆，那是春天的辫子吧？/ 我发现了燕子从南方飞回来了，那是春天的信使吧？（答案不唯一，合理即可）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【评分要点】第一空写出春天观察到的事物（1分），第二空写出恰当的比喻（1分），语句通顺完整（1分）。比喻不当扣1分，语句不通扣1分。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【易错提示】学生可能写得过于简单（如"花，花"），或比喻不恰当（如"春天的什么"）。需引导学生从颜色、形状、动作等方面找相似点。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（二）课外阅读（9分）——《小蚂蚁搬糖》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小蚂蚁搬糖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一只小蚂蚁在路边发现了一颗糖果，它高兴极了，想赶紧搬回去和大家分享。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小蚂蚁使劲推，推不动；抬，抬不动。它想了想，跑回洞里，叫来了一大群伙伴。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小蚂蚁们在糖果周围排成了一列长队。"一、二、三！"大家一起用力，糖果终于动了！它们喊着口号，一步一步把糖果搬回了洞。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蚁王夸奖大家："只要团结合作，再大的困难也能克服！"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判断下列说法是否正确，对的打"√"，错的打"×"。（3分，每题1分）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（1）小蚂蚁一开始就叫伙伴来帮忙了。（________）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（2）小蚂蚁们排成一列长队来搬糖果。（________）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（3）糖果最后被小蚂蚁们搬回洞里了。（________）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【答案】（1）× （2）√ （3）√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【评分要点】每题1分。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【解析】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（1）文章写小蚂蚁先自己"使劲推""抬"，都做不到才回去叫伙伴，所以是错的。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（2）文中写"小蚂蚁们在糖果周围排成了一列长队"，正确。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（3）文中写"一步一步把糖果搬回了洞"，正确。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【易错提示】（1）题可能因阅读不仔细而误判为"√"，学生可能看到"叫伙伴"就认为是一开始，没注意前面的"推"和"抬"过程。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填空。（3分，每空1分）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小蚂蚁使劲推，推不动；____________，抬不动。它想了想，跑回____________，叫来了________________。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【答案】抬；洞里；一大群伙伴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【难度】易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【评分要点】每空1分。必须从原文中提取，不能自己编造。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【易错提示】第二空学生可能填"家""窝"等近义词，但在考试中应严格按原文"洞里"给分。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3. 读了这个小故事，你明白了什么道理？用一两句话写下来。（3分）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【答案】示例：我明白了团结合作力量大的道理。遇到困难不要怕，只要大家一起努力，就能把问题解决。（只要围绕"团结""合作""互相帮助"回答，语句通顺即可）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【难度】中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道理准确（围绕团结合作/齐心协力）：1.5分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语句通顺完整：1分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有自己的表达（非照抄原文）：0.5分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【易错提示】部分学生可能直接照抄最后一句蚁王的话，虽能得分但不够好。应鼓励学生用自己的话说。也可能答偏主题（如答"蚂蚁很勤劳""糖果很好吃"），未抓住"团结"这个核心。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七、看图写话</w:t>
      </w:r>
      <w:r>
        <w:rPr>
          <w:rFonts w:ascii="宋体" w:hAnsi="宋体" w:eastAsia="宋体"/>
          <w:b w:val="0"/>
          <w:i w:val="0"/>
          <w:sz w:val="21"/>
        </w:rPr>
        <w:t>（20分）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写话要求：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写几句完整的话，说清楚什么时间、在哪儿、发生了什么、结果怎样。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可以用上"先……再……然后……"等连接词。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语句通顺，书写工整。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【参考例文】（50-80字）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春天的早晨，阳光明媚，小明背着书包开开心心地走在上学路上。忽然，他看到路边一位老奶奶的苹果袋子破了，红红的苹果滚了一地。小明连忙跑过去，先帮老奶奶把苹果一个个捡起来，再用自己的小手帕把破口包扎好。老奶奶笑着说："谢谢你，小朋友，你真是个乐于助人的好孩子！"小明摆了摆手，开心地说："不用谢，这是我应该做的！"然后告别老奶奶，快步向学校走去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【评分细则】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维度    分值    评分说明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内容完整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8分    写出时间（春天/早晨/上学路上）得2分；写出地点（路上/路边）得2分；写出人物（小明、老奶奶）得2分；写出事情经过（袋子破→苹果落地→帮忙捡→包扎→感谢告别）得2分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语句通顺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8分    句子完整无病句得4分；能使用连接词（先……再……然后……/连忙/忽然）得2分；有对话或描写得2分。每出现一处严重不通顺扣1分，扣完为止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书写工整</w:t>
      </w:r>
      <w:r>
        <w:rPr>
          <w:rFonts w:ascii="Times New Roman" w:hAnsi="Times New Roman" w:eastAsia="宋体"/>
          <w:b w:val="0"/>
          <w:i w:val="0"/>
          <w:sz w:val="21"/>
        </w:rPr>
        <w:t xml:space="preserve">    4分    字迹端正、无涂改得4分；有个别涂改但整体整洁得3分；字迹潦草酌情扣1-2分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/>
          <w:i w:val="0"/>
          <w:sz w:val="21"/>
        </w:rPr>
        <w:t>【常见失分点】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缺要素：只写了"小明帮老奶奶捡苹果"，缺少时间、地点或结果（扣内容分）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句式单一：通篇"小明……小明……小明……"，缺少句式变化（扣语句分）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书写问题：拼音代替汉字过多（二下应大量使用汉字书写），错别字多（扣书写分）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跑题：写成了"我帮妈妈做家务"等其他助人为乐场景（偏离连环画内容，内容分大量扣除）</w:t>
      </w:r>
    </w:p>
    <w:p>
      <w:pPr>
        <w:spacing w:line="360" w:lineRule="auto" w:before="0" w:after="0"/>
      </w:pPr>
      <w:r>
        <w:rPr>
          <w:rFonts w:ascii="宋体" w:hAnsi="宋体" w:eastAsia="宋体"/>
          <w:b/>
          <w:i w:val="0"/>
          <w:sz w:val="24"/>
        </w:rPr>
        <w:t>附加题（5分，选做）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请写出两句描写春天的古诗名句（课内外均可，不能与试卷前面已出现的重复）。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1. ________________________________（2.5分）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2. ________________________________（2.5分）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【答案】示例（任选其二即可）：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春眠不觉晓，处处闻啼鸟。——孟浩然《春晓》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好雨知时节，当春乃发生。——杜甫《春夜喜雨》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等闲识得东风面，万紫千红总是春。——朱熹《春日》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竹外桃花三两枝，春江水暖鸭先知。——苏轼《惠崇春江晚景》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碧玉妆成一树高，万条垂下绿丝绦。——贺知章《咏柳》（注意："不知细叶谁裁出"前面已用，但写不同的句子即可）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两个黄鹂鸣翠柳，一行白鹭上青天。——杜甫《绝句》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春色满园关不住，一枝红杏出墙来。——叶绍翁《游园不值》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迟日江山丽，春风花草香。——杜甫《绝句》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【难度】难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【评分要点】每句2.5分。必须是描写春天的古诗名句（需要出自真实的古诗词），作者和朝代不作为必要给分点。句子写错一字扣0.5分。不能与试卷中已出现的句子重复。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【易错提示】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学生可能把试卷中已经出现的句子（二月春风似剪刀、草长莺飞二月天、映日荷花别样红等）再写一遍，需提醒"不能与前面重复"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可能记混诗句（如"好雨知时节"写成"好雨知季节"），读背时需加强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- 部分学生可能写上课内《村居》《咏柳》的另外两句，可得分，但与前题重复的句子不得分</w:t>
      </w:r>
    </w:p>
    <w:p>
      <w:pPr>
        <w:spacing w:line="360" w:lineRule="auto" w:before="0" w:after="0"/>
      </w:pPr>
      <w:r>
        <w:rPr>
          <w:rFonts w:ascii="Times New Roman" w:hAnsi="Times New Roman" w:eastAsia="宋体"/>
          <w:b w:val="0"/>
          <w:i w:val="0"/>
          <w:sz w:val="21"/>
        </w:rPr>
        <w:t>[教师版答案结束]</w:t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