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[学生版试卷开始]</w:t>
      </w:r>
    </w:p>
    <w:p>
      <w:pPr>
        <w:spacing w:line="360" w:lineRule="auto" w:before="0" w:after="0"/>
        <w:jc w:val="center"/>
      </w:pPr>
      <w:r>
        <w:rPr>
          <w:rFonts w:ascii="宋体" w:hAnsi="宋体" w:eastAsia="宋体"/>
          <w:b/>
          <w:i w:val="0"/>
          <w:sz w:val="32"/>
        </w:rPr>
        <w:t>北师大版二年级语文下册期末考试试卷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班级：____________   姓名：____________   得分：____________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（考试时间：60分钟  满分：100分 + 附加题5分）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一、看拼音写词语</w:t>
      </w:r>
      <w:r>
        <w:rPr>
          <w:rFonts w:ascii="宋体" w:hAnsi="宋体" w:eastAsia="宋体"/>
          <w:b w:val="0"/>
          <w:i w:val="0"/>
          <w:sz w:val="21"/>
        </w:rPr>
        <w:t>（10分，每词1分）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qīng cuì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shuǐ gōu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wǔ yí shān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zhù fú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gǎn xiè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yǒng gǎn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7. zì diǎn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8. cōng míng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9. piào liang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10. shān zhài （________）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二、我会填</w:t>
      </w:r>
      <w:r>
        <w:rPr>
          <w:rFonts w:ascii="宋体" w:hAnsi="宋体" w:eastAsia="宋体"/>
          <w:b w:val="0"/>
          <w:i w:val="0"/>
          <w:sz w:val="21"/>
        </w:rPr>
        <w:t>（10分，每题2分）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________________，拂堤杨柳醉春烟。（《村居》）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不知细叶谁裁出，________________。（《咏柳》）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妈妈的爱是________________，妈妈的爱是________________。（《妈妈的爱》）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"长"是个多音字，读cháng时可以组词（________），读zhǎng时可以组词（________）。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你站在杨树下面，花朵是一串串、一排排的，挂满了枝头，________________，好像在演奏一首春天的乐曲。（《杨树之歌》）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三、辨字组词</w:t>
      </w:r>
      <w:r>
        <w:rPr>
          <w:rFonts w:ascii="宋体" w:hAnsi="宋体" w:eastAsia="宋体"/>
          <w:b w:val="0"/>
          <w:i w:val="0"/>
          <w:sz w:val="21"/>
        </w:rPr>
        <w:t>（8分，每组2分）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漂（________）  飘（________）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清（________）  情（________）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植（________）  值（________）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站（________）  战（________）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四、选词填空</w:t>
      </w:r>
      <w:r>
        <w:rPr>
          <w:rFonts w:ascii="宋体" w:hAnsi="宋体" w:eastAsia="宋体"/>
          <w:b w:val="0"/>
          <w:i w:val="0"/>
          <w:sz w:val="21"/>
        </w:rPr>
        <w:t>（6分，每空1分）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第一组：美丽  美好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武夷山的风景真（________）啊！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我们要珍惜（________）的童年时光。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第二组：必须  必需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妈妈生病了，我（________）帮她做家务。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水是生活（________）品，每个人都离不开它。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第三组：常常  往常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和（________）一样，他又是第一个来到教室。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老师（________）对我们说："不懂就问，才是好学生。"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五、照样子写句子</w:t>
      </w:r>
      <w:r>
        <w:rPr>
          <w:rFonts w:ascii="宋体" w:hAnsi="宋体" w:eastAsia="宋体"/>
          <w:b w:val="0"/>
          <w:i w:val="0"/>
          <w:sz w:val="21"/>
        </w:rPr>
        <w:t>（8分，每题2分）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1. </w:t>
      </w:r>
      <w:r>
        <w:rPr>
          <w:rFonts w:ascii="Times New Roman" w:hAnsi="Times New Roman" w:eastAsia="宋体"/>
          <w:b/>
          <w:i w:val="0"/>
          <w:sz w:val="21"/>
        </w:rPr>
        <w:t>仿写排比句。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例：妈妈的爱是清凉的风，是遮雨的伞，是冬天的暖阳。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________________是________________，是________________，是________________。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2. </w:t>
      </w:r>
      <w:r>
        <w:rPr>
          <w:rFonts w:ascii="Times New Roman" w:hAnsi="Times New Roman" w:eastAsia="宋体"/>
          <w:b/>
          <w:i w:val="0"/>
          <w:sz w:val="21"/>
        </w:rPr>
        <w:t>把疑问句改成陈述句。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例：这难道不是天下最美的风景吗？→ 这是天下最美的风景。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这难道不是我们应该做的吗？→ 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3. </w:t>
      </w:r>
      <w:r>
        <w:rPr>
          <w:rFonts w:ascii="Times New Roman" w:hAnsi="Times New Roman" w:eastAsia="宋体"/>
          <w:b/>
          <w:i w:val="0"/>
          <w:sz w:val="21"/>
        </w:rPr>
        <w:t>仿写拟人句。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例：小鸟在枝头唱着欢快的歌。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春风________________。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4. </w:t>
      </w:r>
      <w:r>
        <w:rPr>
          <w:rFonts w:ascii="Times New Roman" w:hAnsi="Times New Roman" w:eastAsia="宋体"/>
          <w:b/>
          <w:i w:val="0"/>
          <w:sz w:val="21"/>
        </w:rPr>
        <w:t>用方位词写一句完整的话。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（使用：前面……后面……左边……右边……中至少两个）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________________________________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六、阅读理解</w:t>
      </w:r>
      <w:r>
        <w:rPr>
          <w:rFonts w:ascii="宋体" w:hAnsi="宋体" w:eastAsia="宋体"/>
          <w:b w:val="0"/>
          <w:i w:val="0"/>
          <w:sz w:val="21"/>
        </w:rPr>
        <w:t>（18分）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（一）课内阅读（9分）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我们住在山脚下。清早，打开窗户，我看见门前的小河哗哗地流着。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一天，我坐在河边玩耍，忽然看见河对岸有一条小路，弯弯曲曲地通向山顶。我很好奇：那边是什么地方呢？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爸爸告诉我，那叫山寨。山寨在密密的树林里，要是没有小路，你就找不到它。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——节选自北师大版二年级下册《山寨》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"我"住在哪里？请用"____"画出答案。（2分）</w:t>
      </w:r>
    </w:p>
    <w:p>
      <w:pPr>
        <w:spacing w:line="360" w:lineRule="auto" w:before="0" w:after="0"/>
      </w:pPr>
      <w:r>
        <w:br/>
      </w:r>
      <w:r>
        <w:br/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山寨在什么地方？把句子补充完整。（3分）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山寨在________________，要是________________，你就________________。</w:t>
      </w:r>
    </w:p>
    <w:p>
      <w:pPr>
        <w:spacing w:line="360" w:lineRule="auto" w:before="0" w:after="0"/>
      </w:pPr>
      <w:r>
        <w:br/>
      </w:r>
      <w:r>
        <w:br/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如果你也住在山脚下，你会对山寨里的小朋友说什么？写一两句话。（4分）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br/>
      </w:r>
      <w:r>
        <w:br/>
      </w:r>
      <w:r>
        <w:br/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（二）课外阅读（9分）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小刺猬找朋友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森林里住着一只小刺猬，它身上的刺又尖又长。小动物们都怕它，谁也不愿意和它玩。小刺猬很难过，心想：要是我没有这些刺该多好啊！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一天，小刺猬在树下看到一只小兔子在哭。原来，小兔子的胡萝卜滚进了深深的洞里，怎么也够不着。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小刺猬走过去，把自己缩成一个圆球，往洞里一滚——嘿！它背上的刺扎住了胡萝卜！小刺猬爬出洞，把胡萝卜还给了小兔子。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从那以后，小兔子和小刺猬成了最好的朋友。其他小动物看到了，也都跑来和小刺猬一起玩了。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小刺猬明白了：身上的刺不光不会耽误交朋友，还能帮助别人呢！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小刺猬一开始为什么难过？（2分）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br/>
      </w:r>
      <w:r>
        <w:br/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小刺猬是怎样帮小兔子拿到胡萝卜的？用文中的话回答。（3分）</w:t>
      </w:r>
    </w:p>
    <w:p>
      <w:pPr>
        <w:spacing w:line="360" w:lineRule="auto" w:before="0" w:after="0"/>
      </w:pPr>
      <w:r>
        <w:br/>
      </w:r>
      <w:r>
        <w:br/>
      </w:r>
      <w:r>
        <w:br/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小刺猬最后明白了什么道理？你从这个故事中学到了什么？（4分）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br/>
      </w:r>
      <w:r>
        <w:br/>
      </w:r>
      <w:r>
        <w:br/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七、看图写话</w:t>
      </w:r>
      <w:r>
        <w:rPr>
          <w:rFonts w:ascii="宋体" w:hAnsi="宋体" w:eastAsia="宋体"/>
          <w:b w:val="0"/>
          <w:i w:val="0"/>
          <w:sz w:val="21"/>
        </w:rPr>
        <w:t>（20分）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仔细看下面的连环画描述，展开想象，写几句完整的话。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第一幅：星期天早晨，丁丁在家做完了作业，看到奶奶正在择菜。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第二幅：丁丁走过去说："奶奶，我来帮您择菜吧！"奶奶笑着说："好孩子，真懂事。"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第三幅：择完菜，丁丁又拿起扫帚，把地扫得干干净净。奶奶在一旁笑眯眯地看着。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第四幅：午饭时，一家人围坐在桌旁，爸爸妈妈都夸丁丁长大了。丁丁心里美滋滋的。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写话要求：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写几句完整的话，说清楚什么时间、在哪儿、发生了什么、结果怎样。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可以用上"先……再……然后……""连忙""笑眯眯"等词语。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语句通顺，书写工整。</w:t>
      </w:r>
    </w:p>
    <w:p>
      <w:pPr>
        <w:spacing w:line="360" w:lineRule="auto" w:before="0" w:after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附加题（5分，选做）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请写出一个你从课外书上学到的成语，并用这个成语写一句话。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成语：________________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造句：________________________________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[学生版试卷结束]</w:t>
      </w:r>
    </w:p>
    <w:p>
      <w:r>
        <w:br w:type="page"/>
      </w:r>
    </w:p>
    <w:p>
      <w:pPr>
        <w:jc w:val="center"/>
      </w:pPr>
      <w:r>
        <w:rPr>
          <w:b/>
          <w:color w:val="C00000"/>
          <w:sz w:val="28"/>
        </w:rPr>
        <w:t>★ 教师版参考答案（请勿发给学生） ★</w:t>
      </w:r>
    </w:p>
    <w:p/>
    <w:sectPr w:rsidR="00FC693F" w:rsidRPr="0006063C" w:rsidSect="00034616">
      <w:pgSz w:w="12240" w:h="15840"/>
      <w:pgMar w:top="1417" w:right="1417" w:bottom="1134" w:left="1417" w:header="720" w:footer="720" w:gutter="0"/>
      <w:cols w:space="720"/>
      <w:docGrid w:linePitch="360"/>
    </w:sectPr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[教师版答案开始]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===== 以下为教师版（含答案）请勿发给学生 =====</w:t>
      </w:r>
    </w:p>
    <w:p>
      <w:pPr>
        <w:spacing w:line="360" w:lineRule="auto" w:before="0" w:after="0"/>
        <w:jc w:val="center"/>
      </w:pPr>
      <w:r>
        <w:rPr>
          <w:rFonts w:ascii="宋体" w:hAnsi="宋体" w:eastAsia="宋体"/>
          <w:b/>
          <w:i w:val="0"/>
          <w:sz w:val="32"/>
        </w:rPr>
        <w:t>北师大版二年级语文下册期末考试试卷（教师版·含答案）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班级：____________   姓名：____________   得分：____________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（考试时间：60分钟  满分：100分 + 附加题5分）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一、看拼音写词语</w:t>
      </w:r>
      <w:r>
        <w:rPr>
          <w:rFonts w:ascii="宋体" w:hAnsi="宋体" w:eastAsia="宋体"/>
          <w:b w:val="0"/>
          <w:i w:val="0"/>
          <w:sz w:val="21"/>
        </w:rPr>
        <w:t>（10分，每词1分）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qīng cuì（________）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shuǐ gōu（________）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wǔ yí shān（________）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zhù fú（________）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gǎn xiè（________）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yǒng gǎn（________）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7. zì diǎn（________）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8. cōng míng（________）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9. piào liang（________）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10. shān zhài（________）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清脆   2. 水沟   3. 武夷山   4. 祝福   5. 感谢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勇敢   7. 字典   8. 聪明   9. 漂亮   10. 山寨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【评分要点】每词1分，写错一个字扣0.5分，写错两个字全扣。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【易错提示】（北师大版二下特色生字重点）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"清脆"的"脆"左边是"月"（肉月旁），右边是"危"，不要写成"翠"（翡翠是羽字旁，清脆与声音有关，用月字旁）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"水沟"的"沟"是三点水，"勾"里面是"厶"不是"口"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"武夷山"是专有名词，"夷"上面是"大"加一横，下面"弓"，字形较难；"武"右边不要多一撇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"祝福"的"福"是示字旁（礻），不要写成衣字旁（衤）；"祝"左边是示字旁，"兄"上"口"下"儿"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"感谢"的"感"上面是"咸"去掉里面的部分换"心"，结构复杂；"谢"是"言+身+寸"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"勇敢"的"敢"左边"耳"的第一横被封口，"攵"不要写成"又"；"勇"上面"甬"下面是"力"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"字典"的"典"上面不是"曲"，是"𠀎"（里面两横三竖）；"字"宝盖头下面"子"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"聪明"两字都带"月"旁，但位置不同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"漂亮"的"漂"这里是三点水+票，读piào；也读piāo（漂流），多音字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"山寨"的"寨"上面是"宀"，中间"井"加一横，下面"木"，笔画多，易写错结构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二、我会填</w:t>
      </w:r>
      <w:r>
        <w:rPr>
          <w:rFonts w:ascii="宋体" w:hAnsi="宋体" w:eastAsia="宋体"/>
          <w:b w:val="0"/>
          <w:i w:val="0"/>
          <w:sz w:val="21"/>
        </w:rPr>
        <w:t>（10分，每题2分）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________________，拂堤杨柳醉春烟。（《村居》）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不知细叶谁裁出，________________。（《咏柳》）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妈妈的爱是________________，妈妈的爱是________________。（《妈妈的爱》）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"长"是个多音字，读cháng时可以组词（________），读zhǎng时可以组词（________）。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你站在杨树下面，花朵是一串串、一排排的，挂满了枝头，________________，好像在演奏一首春天的乐曲。（《杨树之歌》）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草长莺飞二月天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二月春风似剪刀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清凉的风（或：遮雨的伞 / 冬天的暖阳 / 甜甜的吻 / 责备的目光等，任选其二即可）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cháng（长江）（长短）（长城）；zhǎng（长大）（生长）（班长）（合理即可）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像一个个小铃铛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【评分要点】每题2分。古诗默写每错一字扣1分（同空扣分不超过2分）；课文原文填空每错一字扣1分；多音字组词合理即给分，错别字每个扣0.5分。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【出处及解析】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（1）高鼎《村居》，北师大版二下第一单元"春天"主题古诗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（2）贺知章《咏柳》，北师大版二下第一单元古诗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（3）《妈妈的爱》，北师大版二下"妈妈"主题单元核心课文，诗中将妈妈的爱比作"清凉的风""遮雨的伞""冬天的暖阳""甜甜的吻""责备的目光"等，任举其二即可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（4）多音字考查，"长"是北师大版二下语文天地中重点多音字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（5）《杨树之歌》，北师大版二下第一单元课文，描写杨树花的形态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"草长莺飞"的"莺"字为难点字：草字头+宝盖头下方"鸟"，结构复杂，易漏笔画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"二月春风似剪刀"的"似"不要写成"是"；"剪"下为"刀"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第3题答案不唯一，北师大版课文原文中妈妈的爱有多种比喻，学生任写两个即可；注意"责备的目光"中"备"字易写错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多音字组词题，"长(cháng)"组词不要与"常"混淆（"常"是经常的长，同音但不同字）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"像一个个小铃铛"中"铃铛"两字都是金字旁（金属做的铃铛），"铛"不是"当"，注意偏旁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三、辨字组词</w:t>
      </w:r>
      <w:r>
        <w:rPr>
          <w:rFonts w:ascii="宋体" w:hAnsi="宋体" w:eastAsia="宋体"/>
          <w:b w:val="0"/>
          <w:i w:val="0"/>
          <w:sz w:val="21"/>
        </w:rPr>
        <w:t>（8分，每组2分，每题1分）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漂（________）  飘（________）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清（________）  情（________）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植（________）  值（________）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站（________）  战（________）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漂（漂亮）（漂流）  飘（飘落）（飘动）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清（清水）（清晨）  情（心情）（友情）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植（植树）（植物）  值（值日）（价值）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站（车站）（站立）  战（战士）（战斗）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（组词合理即给分，错别字每个扣0.5分）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【难度】易～中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【评分要点】每题1分，给定汉字组词正确即可。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【易错提示】（北师大版二下形近字区分）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"漂"与"飘"：都有"票"，区别在左边偏旁。"漂"三点水，与水有关（漂流、漂亮）；"飘"风字旁，与风有关（飘落、飘扬）。北师大版《春风》中"春风飘"用的是"飘"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"清"与"情"："清"三点水（水清），"情"竖心旁（心情）。竖心旁两点一竖，与心理活动有关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"植"与"值"："植"木字旁（植物、植树），"值"单人旁（值日与人有关），北师大版《植树的季节》中出现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"站"与"战"："站"立字旁（站立），"战"戈字旁（战斗、战士）。北师大版《儿子们》中有"站"字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四、选词填空</w:t>
      </w:r>
      <w:r>
        <w:rPr>
          <w:rFonts w:ascii="宋体" w:hAnsi="宋体" w:eastAsia="宋体"/>
          <w:b w:val="0"/>
          <w:i w:val="0"/>
          <w:sz w:val="21"/>
        </w:rPr>
        <w:t>（6分，每空1分）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第一组：美丽  美好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武夷山的风景真（________）啊！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我们要珍惜（________）的童年时光。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【答案】1. 美丽  2. 美好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【解析】"美丽"多形容具体事物的外观好看；"美好"多形容抽象事物（时光、生活、愿望等）令人满意。武夷山风景是具体事物用"美丽"，童年时光是抽象事物用"美好"。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第二组：必须  必需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妈妈生病了，我（________）帮她做家务。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水是生活（________）品，每个人都离不开它。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【答案】3. 必须  4. 必需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【解析】"必须"是副词，表示事理上或情理上的必要，一定要（做某事）；"必需"是动词，表示一定要有、不可缺少。做家务是"必须"做的行为；水是生活"必需"的东西。"品"字提示了这里需要形容词/动词定语。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第三组：常常  往常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和（________）一样，他又是第一个来到教室。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老师（________）对我们说："不懂就问，才是好学生。"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【答案】5. 往常  6. 常常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【解析】"往常"指过去的、惯例的一般情况（名词性）；"常常"表示行为动作经常发生（副词）。"和往常一样"是固定搭配；"常常说"表示经常说的行为。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【易错提示】"必须"和"必需"音同义近，是北师大版二下的难点。口诀："必须加动作，必需加东西"。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五、照样子写句子</w:t>
      </w:r>
      <w:r>
        <w:rPr>
          <w:rFonts w:ascii="宋体" w:hAnsi="宋体" w:eastAsia="宋体"/>
          <w:b w:val="0"/>
          <w:i w:val="0"/>
          <w:sz w:val="21"/>
        </w:rPr>
        <w:t>（8分，每题2分）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1. </w:t>
      </w:r>
      <w:r>
        <w:rPr>
          <w:rFonts w:ascii="Times New Roman" w:hAnsi="Times New Roman" w:eastAsia="宋体"/>
          <w:b/>
          <w:i w:val="0"/>
          <w:sz w:val="21"/>
        </w:rPr>
        <w:t>仿写排比句。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例：妈妈的爱是清凉的风，是遮雨的伞，是冬天的暖阳。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________________是________________，是________________，是________________。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【答案】示例：老师的爱是明亮的灯，是温暖的怀抱，是知识的海洋。/ 春天是彩色的画，是动听的歌，是美丽的花园。（答案不唯一）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【评分要点】三个分句结构完整、构成排比（句式相同或相似），内容有意义。缺一个分句扣0.5分，句式不统一扣1分。此题为北师大版特色题——"语文天地"中排比句专项训练。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2. </w:t>
      </w:r>
      <w:r>
        <w:rPr>
          <w:rFonts w:ascii="Times New Roman" w:hAnsi="Times New Roman" w:eastAsia="宋体"/>
          <w:b/>
          <w:i w:val="0"/>
          <w:sz w:val="21"/>
        </w:rPr>
        <w:t>把疑问句改成陈述句。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例：这难道不是天下最美的风景吗？→ 这是天下最美的风景。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这难道不是我们应该做的吗？→ 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【答案】这是我们应该做的。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【评分要点】变成肯定陈述句（去掉"难道不""吗"），句号正确。变成否定句不给分。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【易错提示】学生可能漏掉"难道不"中的"不"含义导致变错——"难道不是……吗"实际是双重否定表肯定。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3. </w:t>
      </w:r>
      <w:r>
        <w:rPr>
          <w:rFonts w:ascii="Times New Roman" w:hAnsi="Times New Roman" w:eastAsia="宋体"/>
          <w:b/>
          <w:i w:val="0"/>
          <w:sz w:val="21"/>
        </w:rPr>
        <w:t>仿写拟人句。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例：小鸟在枝头唱着欢快的歌。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春风________________。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【答案】示例：春风轻轻地抚摸着我的脸。/ 春风唤醒了沉睡的大地。/ 春风给柳树梳着绿色的长辫子。（答案不唯一）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【评分要点】将"春风"当作人来写，赋予人的动作。写成非拟人句（如"春风很大""春风很暖和"）不得分。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4. </w:t>
      </w:r>
      <w:r>
        <w:rPr>
          <w:rFonts w:ascii="Times New Roman" w:hAnsi="Times New Roman" w:eastAsia="宋体"/>
          <w:b/>
          <w:i w:val="0"/>
          <w:sz w:val="21"/>
        </w:rPr>
        <w:t>用方位词写一句完整的话。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（使用：前面……后面……左边……右边……中至少两个）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【答案】示例：教室的前面是一块黑板，后面是图书角。（答案不唯一）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【评分要点】至少使用两个方位词，语句完整通顺。少用一个方位词扣1分，语句不通扣1分。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六、阅读理解</w:t>
      </w:r>
      <w:r>
        <w:rPr>
          <w:rFonts w:ascii="宋体" w:hAnsi="宋体" w:eastAsia="宋体"/>
          <w:b w:val="0"/>
          <w:i w:val="0"/>
          <w:sz w:val="21"/>
        </w:rPr>
        <w:t>（18分）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（一）课内阅读（9分）——《山寨》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我们住在山脚下。清早，打开窗户，我看见门前的小河哗哗地流着。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一天，我坐在河边玩耍，忽然看见河对岸有一条小路，弯弯曲曲地通向山顶。我很好奇：那边是什么地方呢？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爸爸告诉我，那叫山寨。山寨在密密的树林里，要是没有小路，你就找不到它。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——节选自北师大版二年级下册《山寨》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"我"住在哪里？请用"____"画出答案。（2分）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【答案】山脚下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【评分要点】画出"山脚下"得满分。画出其他句子不得分。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【易错提示】学生可能把整句"我们住在山脚下"画下来，只要包含了"山脚下"三个字即可给分。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山寨在什么地方？把句子补充完整。（3分）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山寨在________________，要是________________，你就________________。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【答案】山寨在密密的树林里，要是没有小路，你就找不到它。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【评分要点】每空1分。必须按照文中原句填写。"密密的"不能漏掉。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【易错提示】学生可能漏掉"密密的"，或用"茂密""深深"等近义词替换，应鼓励按原文填空。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如果你也住在山脚下，你会对山寨里的小朋友说什么？写一两句话。（4分）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【答案】示例：山寨的小朋友你们好！我家住在山脚下，我们可以一起在小河边玩耍。（答案不唯一，合理即可）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语言得体，表达友好/邀请等积极内容：2分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语句通顺完整：1分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有自己的想象和表达：1分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【易错提示】学生可能只写一句话且过于简单（如"你好"），需引导展开写一两句完整的话。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（二）课外阅读（9分）——《小刺猬找朋友》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小刺猬找朋友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森林里住着一只小刺猬，它身上的刺又尖又长。小动物们都怕它，谁也不愿意和它玩。小刺猬很难过，心想：要是我没有这些刺该多好啊！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一天，小刺猬在树下看到一只小兔子在哭。原来，小兔子的胡萝卜滚进了深深的洞里，怎么也够不着。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小刺猬走过去，把自己缩成一个圆球，往洞里一滚——嘿！它背上的刺扎住了胡萝卜！小刺猬爬出洞，把胡萝卜还给了小兔子。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从那以后，小兔子和小刺猬成了最好的朋友。其他小动物看到了，也都跑来和小刺猬一起玩了。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小刺猬明白了：身上的刺不光不会耽误交朋友，还能帮助别人呢！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小刺猬一开始为什么难过？（2分）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【答案】因为小动物们都怕它身上的刺，谁也不愿意和它玩。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【评分要点】答出"小动物怕它的刺/不愿意和它玩"即得满分。只答"它难过"不得分（没答出原因）。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【易错提示】学生容易只摘抄"它很难过"而不写原因。需引导：为什么难过？回到第一段找答案。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小刺猬是怎样帮小兔子拿到胡萝卜的？用文中的话回答。（3分）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【答案】小刺猬走过去，把自己缩成一个圆球，往洞里一滚——嘿！它背上的刺扎住了胡萝卜！小刺猬爬出洞，把胡萝卜还给了小兔子。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【评分要点】画出关键动作句子得满分。用自己的话概括但意思对酌情给2-2.5分；错别字每字扣0.5分。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【易错提示】学生可能只画了其中一部分。关键动作不可缺："缩成圆球→往洞里一滚→刺扎住胡萝卜→爬出洞归还"。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小刺猬最后明白了什么道理？你从这个故事中学到了什么？（4分，每个问题2分）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【答案】小刺猬明白了：身上的刺不光不会耽误交朋友，还能帮助别人。我学到了：每个人都有自己的特点，只要用对了地方，缺点也能变成优点。/ 不要因为别人和自己不一样就害怕，要学会接纳别人。/ 帮助别人能收获友谊。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第一个问题（2分）：答出文中道理得满分；自己的话描述意思对得1.5分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第二个问题（2分）：有自己的感悟得1.5分；语句通顺得0.5分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七、看图写话</w:t>
      </w:r>
      <w:r>
        <w:rPr>
          <w:rFonts w:ascii="宋体" w:hAnsi="宋体" w:eastAsia="宋体"/>
          <w:b w:val="0"/>
          <w:i w:val="0"/>
          <w:sz w:val="21"/>
        </w:rPr>
        <w:t>（20分）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场景描述（4格连环画）：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第一幅：星期天早晨，丁丁在家做完了作业，看到奶奶正在择菜。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第二幅：丁丁走过去说："奶奶，我来帮您择菜吧！"奶奶笑着说："好孩子，真懂事。"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第三幅：择完菜，丁丁又拿起扫帚，把地扫得干干净净。奶奶在一旁笑眯眯地看着。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第四幅：午饭时，一家人围坐在桌旁，爸爸妈妈都夸丁丁长大了。丁丁心里美滋滋的。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【参考例文】（70-90字）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星期天早晨，丁丁做完作业，看到奶奶在择菜，连忙走过去说："奶奶，我来帮您吧！"奶奶笑眯眯地说："好孩子，真懂事！"择完菜，丁丁又拿起扫帚，把地板扫得干干净净。吃午饭的时候，爸爸妈妈夸他："丁丁长大了，是个懂事的好孩子！"丁丁心里美滋滋的，觉得自己能帮大人做事了，真开心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【评分细则】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维度    分值    评分说明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内容完整</w:t>
      </w:r>
      <w:r>
        <w:rPr>
          <w:rFonts w:ascii="Times New Roman" w:hAnsi="Times New Roman" w:eastAsia="宋体"/>
          <w:b w:val="0"/>
          <w:i w:val="0"/>
          <w:sz w:val="21"/>
        </w:rPr>
        <w:t xml:space="preserve">    8分    写出时间（星期天早晨）得2分；写出地点（家里）得2分；写出人物（丁丁、奶奶、爸爸妈妈）得2分；写出完整经过（做作业→帮忙择菜→扫地→被夸奖）得2分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语句通顺</w:t>
      </w:r>
      <w:r>
        <w:rPr>
          <w:rFonts w:ascii="Times New Roman" w:hAnsi="Times New Roman" w:eastAsia="宋体"/>
          <w:b w:val="0"/>
          <w:i w:val="0"/>
          <w:sz w:val="21"/>
        </w:rPr>
        <w:t xml:space="preserve">    8分    句子完整流畅无病句得4分；恰当使用连接词（连忙/先……再……然后……/又……）得2分；有对话描写（丁丁和奶奶的对话/爸妈夸奖）得2分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书写工整</w:t>
      </w:r>
      <w:r>
        <w:rPr>
          <w:rFonts w:ascii="Times New Roman" w:hAnsi="Times New Roman" w:eastAsia="宋体"/>
          <w:b w:val="0"/>
          <w:i w:val="0"/>
          <w:sz w:val="21"/>
        </w:rPr>
        <w:t xml:space="preserve">    4分    字迹端正、无涂改得4分；有个别涂改但整体整洁得3分；字迹潦草酌情扣1-2分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【常见失分点】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漏写环节：只写了帮忙择菜，漏了扫地，或漏了爸妈夸奖的结果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缺少细节：如"丁丁帮奶奶做事"一笔带过，缺少对话和心理描写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句式单调：通篇简单主谓句，缺少"连忙""笑眯眯""美滋滋"等北师大版语文天地重点词汇的运用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书写问题：北师大版二下字词量大，部分学生可能拼音代替汉字过多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附加题（5分，选做）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请写出一个你从课外书上学到的成语，并用这个成语写一句话。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成语：________________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造句：________________________________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成语：助人为乐 → 造句：小明经常帮助同学，真是个助人为乐的好孩子。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成语：一心一意 → 造句：写作业时要一心一意，不能三心二意。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成语：五颜六色 → 造句：春天的花园里有五颜六色的花。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成语：自言自语 → 造句：奶奶一边走，一边自言自语地说着什么。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成语：欢天喜地 → 造句：过年了，孩子们欢天喜地地放鞭炮。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（答案不唯一，成语正确、造句通顺即可）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【难度】难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【评分要点】成语书写正确得2分（有错别字每个扣0.5分），造句正确且语句通顺得3分（成语使用不当扣2分，语句不通扣1分）。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学生可能写的不是成语（如只是一个词"漂亮""开心"），需区分成语与普通词汇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成语可能写错别字（如"五颜六色"写成"五言六色"）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造句时成语使用不当（如把"自言自语"用在"我和同学在自言自语地讨论"）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北师大版注重课外阅读积累，可鼓励学生多读成语故事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[教师版答案结束]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